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6DA66" w14:textId="77777777" w:rsidR="00CE146B" w:rsidRPr="005554EA" w:rsidRDefault="00000000" w:rsidP="005554EA">
      <w:pPr>
        <w:pStyle w:val="Heading1"/>
        <w:spacing w:line="360" w:lineRule="auto"/>
        <w:jc w:val="center"/>
        <w:rPr>
          <w:rFonts w:ascii="Arial" w:hAnsi="Arial" w:cs="Arial"/>
        </w:rPr>
      </w:pPr>
      <w:r w:rsidRPr="005554EA">
        <w:rPr>
          <w:rFonts w:ascii="Arial" w:hAnsi="Arial" w:cs="Arial"/>
        </w:rPr>
        <w:t>Club Child Safeguarding Statement (Template)</w:t>
      </w:r>
    </w:p>
    <w:p w14:paraId="39F56B99" w14:textId="77777777" w:rsidR="00CE146B" w:rsidRPr="005554EA" w:rsidRDefault="00000000" w:rsidP="005554EA">
      <w:pPr>
        <w:pStyle w:val="Heading2"/>
        <w:spacing w:line="360" w:lineRule="auto"/>
        <w:jc w:val="both"/>
        <w:rPr>
          <w:rFonts w:ascii="Arial" w:hAnsi="Arial" w:cs="Arial"/>
        </w:rPr>
      </w:pPr>
      <w:r w:rsidRPr="005554EA">
        <w:rPr>
          <w:rFonts w:ascii="Arial" w:hAnsi="Arial" w:cs="Arial"/>
        </w:rPr>
        <w:t>1. Club Information</w:t>
      </w:r>
    </w:p>
    <w:p w14:paraId="172D9FD5" w14:textId="77777777" w:rsidR="00CE146B" w:rsidRPr="005554EA" w:rsidRDefault="00000000" w:rsidP="005554EA">
      <w:pPr>
        <w:spacing w:line="360" w:lineRule="auto"/>
        <w:jc w:val="both"/>
        <w:rPr>
          <w:rFonts w:ascii="Arial" w:hAnsi="Arial" w:cs="Arial"/>
        </w:rPr>
      </w:pPr>
      <w:r w:rsidRPr="005554EA">
        <w:rPr>
          <w:rFonts w:ascii="Arial" w:hAnsi="Arial" w:cs="Arial"/>
          <w:b/>
        </w:rPr>
        <w:t xml:space="preserve">Club Name: </w:t>
      </w:r>
      <w:r w:rsidRPr="005554EA">
        <w:rPr>
          <w:rFonts w:ascii="Arial" w:hAnsi="Arial" w:cs="Arial"/>
          <w:b/>
          <w:color w:val="FF0000"/>
        </w:rPr>
        <w:t>INSERT YOUR CLUB NAME</w:t>
      </w:r>
    </w:p>
    <w:p w14:paraId="4C595A49" w14:textId="77777777" w:rsidR="00CE146B" w:rsidRPr="005554EA" w:rsidRDefault="00000000" w:rsidP="005554EA">
      <w:pPr>
        <w:spacing w:line="360" w:lineRule="auto"/>
        <w:jc w:val="both"/>
        <w:rPr>
          <w:rFonts w:ascii="Arial" w:hAnsi="Arial" w:cs="Arial"/>
        </w:rPr>
      </w:pPr>
      <w:r w:rsidRPr="005554EA">
        <w:rPr>
          <w:rFonts w:ascii="Arial" w:hAnsi="Arial" w:cs="Arial"/>
          <w:b/>
        </w:rPr>
        <w:t xml:space="preserve">Owner: </w:t>
      </w:r>
      <w:r w:rsidRPr="005554EA">
        <w:rPr>
          <w:rFonts w:ascii="Arial" w:hAnsi="Arial" w:cs="Arial"/>
          <w:b/>
          <w:color w:val="FF0000"/>
        </w:rPr>
        <w:t>INSERT OWNER NAME</w:t>
      </w:r>
    </w:p>
    <w:p w14:paraId="1AE98D4C" w14:textId="77777777" w:rsidR="00CE146B" w:rsidRPr="005554EA" w:rsidRDefault="00000000" w:rsidP="005554EA">
      <w:pPr>
        <w:spacing w:line="360" w:lineRule="auto"/>
        <w:jc w:val="both"/>
        <w:rPr>
          <w:rFonts w:ascii="Arial" w:hAnsi="Arial" w:cs="Arial"/>
        </w:rPr>
      </w:pPr>
      <w:r w:rsidRPr="005554EA">
        <w:rPr>
          <w:rFonts w:ascii="Arial" w:hAnsi="Arial" w:cs="Arial"/>
          <w:b/>
        </w:rPr>
        <w:t xml:space="preserve">Affiliation: </w:t>
      </w:r>
      <w:r w:rsidRPr="005554EA">
        <w:rPr>
          <w:rFonts w:ascii="Arial" w:hAnsi="Arial" w:cs="Arial"/>
          <w:b/>
          <w:color w:val="FF0000"/>
        </w:rPr>
        <w:t>Member Club of Cheer Sport Ireland (CSI)</w:t>
      </w:r>
    </w:p>
    <w:p w14:paraId="0CDE49DF" w14:textId="77777777" w:rsidR="00CE146B" w:rsidRPr="005554EA" w:rsidRDefault="00000000" w:rsidP="005554EA">
      <w:pPr>
        <w:spacing w:line="360" w:lineRule="auto"/>
        <w:jc w:val="both"/>
        <w:rPr>
          <w:rFonts w:ascii="Arial" w:hAnsi="Arial" w:cs="Arial"/>
        </w:rPr>
      </w:pPr>
      <w:r w:rsidRPr="005554EA">
        <w:rPr>
          <w:rFonts w:ascii="Arial" w:hAnsi="Arial" w:cs="Arial"/>
          <w:b/>
        </w:rPr>
        <w:t xml:space="preserve">Sport: </w:t>
      </w:r>
      <w:r w:rsidRPr="005554EA">
        <w:rPr>
          <w:rFonts w:ascii="Arial" w:hAnsi="Arial" w:cs="Arial"/>
          <w:b/>
          <w:color w:val="FF0000"/>
        </w:rPr>
        <w:t>Cheerleading</w:t>
      </w:r>
    </w:p>
    <w:p w14:paraId="46C49866" w14:textId="77777777" w:rsidR="00CE146B" w:rsidRPr="005554EA" w:rsidRDefault="00000000" w:rsidP="005554EA">
      <w:pPr>
        <w:spacing w:line="360" w:lineRule="auto"/>
        <w:jc w:val="both"/>
        <w:rPr>
          <w:rFonts w:ascii="Arial" w:hAnsi="Arial" w:cs="Arial"/>
        </w:rPr>
      </w:pPr>
      <w:r w:rsidRPr="005554EA">
        <w:rPr>
          <w:rFonts w:ascii="Arial" w:hAnsi="Arial" w:cs="Arial"/>
          <w:b/>
        </w:rPr>
        <w:t xml:space="preserve">Training Venue: </w:t>
      </w:r>
      <w:r w:rsidRPr="005554EA">
        <w:rPr>
          <w:rFonts w:ascii="Arial" w:hAnsi="Arial" w:cs="Arial"/>
          <w:b/>
          <w:color w:val="FF0000"/>
        </w:rPr>
        <w:t>INSERT TRAINING VENUE</w:t>
      </w:r>
    </w:p>
    <w:p w14:paraId="7F175738" w14:textId="77777777" w:rsidR="00CE146B" w:rsidRPr="005554EA" w:rsidRDefault="00000000" w:rsidP="005554EA">
      <w:pPr>
        <w:spacing w:line="360" w:lineRule="auto"/>
        <w:jc w:val="both"/>
        <w:rPr>
          <w:rFonts w:ascii="Arial" w:hAnsi="Arial" w:cs="Arial"/>
        </w:rPr>
      </w:pPr>
      <w:r w:rsidRPr="005554EA">
        <w:rPr>
          <w:rFonts w:ascii="Arial" w:hAnsi="Arial" w:cs="Arial"/>
          <w:b/>
        </w:rPr>
        <w:t xml:space="preserve">Designated Liaison Person (DLP): </w:t>
      </w:r>
      <w:r w:rsidRPr="005554EA">
        <w:rPr>
          <w:rFonts w:ascii="Arial" w:hAnsi="Arial" w:cs="Arial"/>
          <w:b/>
          <w:color w:val="FF0000"/>
        </w:rPr>
        <w:t>INSERT DLP NAME</w:t>
      </w:r>
    </w:p>
    <w:p w14:paraId="3D79FB33" w14:textId="77777777" w:rsidR="00CE146B" w:rsidRDefault="00000000" w:rsidP="005554EA">
      <w:pPr>
        <w:spacing w:line="360" w:lineRule="auto"/>
        <w:jc w:val="both"/>
        <w:rPr>
          <w:rFonts w:ascii="Arial" w:hAnsi="Arial" w:cs="Arial"/>
          <w:b/>
          <w:color w:val="FF0000"/>
        </w:rPr>
      </w:pPr>
      <w:r w:rsidRPr="005554EA">
        <w:rPr>
          <w:rFonts w:ascii="Arial" w:hAnsi="Arial" w:cs="Arial"/>
          <w:b/>
        </w:rPr>
        <w:t xml:space="preserve">Club Children’s Officer (CCO): </w:t>
      </w:r>
      <w:r w:rsidRPr="005554EA">
        <w:rPr>
          <w:rFonts w:ascii="Arial" w:hAnsi="Arial" w:cs="Arial"/>
          <w:b/>
          <w:color w:val="FF0000"/>
        </w:rPr>
        <w:t>INSERT CCO NAME</w:t>
      </w:r>
    </w:p>
    <w:p w14:paraId="464585D9" w14:textId="77777777" w:rsidR="005554EA" w:rsidRPr="005554EA" w:rsidRDefault="005554EA" w:rsidP="005554EA">
      <w:pPr>
        <w:spacing w:line="360" w:lineRule="auto"/>
        <w:jc w:val="both"/>
        <w:rPr>
          <w:rFonts w:ascii="Arial" w:hAnsi="Arial" w:cs="Arial"/>
        </w:rPr>
      </w:pPr>
    </w:p>
    <w:p w14:paraId="0BA6B71C" w14:textId="77777777" w:rsidR="00CE146B" w:rsidRPr="005554EA" w:rsidRDefault="00000000" w:rsidP="005554EA">
      <w:pPr>
        <w:pStyle w:val="Heading2"/>
        <w:spacing w:line="360" w:lineRule="auto"/>
        <w:jc w:val="both"/>
        <w:rPr>
          <w:rFonts w:ascii="Arial" w:hAnsi="Arial" w:cs="Arial"/>
        </w:rPr>
      </w:pPr>
      <w:r w:rsidRPr="005554EA">
        <w:rPr>
          <w:rFonts w:ascii="Arial" w:hAnsi="Arial" w:cs="Arial"/>
        </w:rPr>
        <w:t>2. Safeguarding Commitment</w:t>
      </w:r>
    </w:p>
    <w:p w14:paraId="15CB7003" w14:textId="77777777" w:rsidR="00CE146B" w:rsidRDefault="00000000" w:rsidP="005554EA">
      <w:pPr>
        <w:spacing w:line="360" w:lineRule="auto"/>
        <w:jc w:val="both"/>
        <w:rPr>
          <w:rFonts w:ascii="Arial" w:hAnsi="Arial" w:cs="Arial"/>
        </w:rPr>
      </w:pPr>
      <w:r w:rsidRPr="005554EA">
        <w:rPr>
          <w:rFonts w:ascii="Arial" w:hAnsi="Arial" w:cs="Arial"/>
          <w:b/>
          <w:color w:val="FF0000"/>
        </w:rPr>
        <w:t>INSERT YOUR CLUB NAME</w:t>
      </w:r>
      <w:r w:rsidRPr="005554EA">
        <w:rPr>
          <w:rFonts w:ascii="Arial" w:hAnsi="Arial" w:cs="Arial"/>
        </w:rPr>
        <w:t xml:space="preserve"> is committed to providing a child-centred, inclusive, safe environment where every athlete is treated with respect, dignity, and fairness. The club adheres fully to CSI's Child Safeguarding Statement, the Children First Act 2015, and all national safeguarding guidance. All adults involved in the club—coaches, volunteers, parents, and committee members—share responsibility for creating a culture where children's welfare is paramount.</w:t>
      </w:r>
    </w:p>
    <w:p w14:paraId="70061A8B" w14:textId="77777777" w:rsidR="005554EA" w:rsidRPr="005554EA" w:rsidRDefault="005554EA" w:rsidP="005554EA">
      <w:pPr>
        <w:spacing w:line="360" w:lineRule="auto"/>
        <w:jc w:val="both"/>
        <w:rPr>
          <w:rFonts w:ascii="Arial" w:hAnsi="Arial" w:cs="Arial"/>
        </w:rPr>
      </w:pPr>
    </w:p>
    <w:p w14:paraId="3894D777" w14:textId="77777777" w:rsidR="00CE146B" w:rsidRPr="005554EA" w:rsidRDefault="00000000" w:rsidP="005554EA">
      <w:pPr>
        <w:pStyle w:val="Heading2"/>
        <w:spacing w:line="360" w:lineRule="auto"/>
        <w:jc w:val="both"/>
        <w:rPr>
          <w:rFonts w:ascii="Arial" w:hAnsi="Arial" w:cs="Arial"/>
        </w:rPr>
      </w:pPr>
      <w:r w:rsidRPr="005554EA">
        <w:rPr>
          <w:rFonts w:ascii="Arial" w:hAnsi="Arial" w:cs="Arial"/>
        </w:rPr>
        <w:t>3. Safeguarding Structure</w:t>
      </w:r>
    </w:p>
    <w:p w14:paraId="411AC8CC" w14:textId="77777777" w:rsidR="00CE146B" w:rsidRDefault="00000000" w:rsidP="005554EA">
      <w:pPr>
        <w:spacing w:line="360" w:lineRule="auto"/>
        <w:jc w:val="both"/>
        <w:rPr>
          <w:rFonts w:ascii="Arial" w:hAnsi="Arial" w:cs="Arial"/>
        </w:rPr>
      </w:pPr>
      <w:r w:rsidRPr="005554EA">
        <w:rPr>
          <w:rFonts w:ascii="Arial" w:hAnsi="Arial" w:cs="Arial"/>
        </w:rPr>
        <w:t xml:space="preserve">The safeguarding structure within </w:t>
      </w:r>
      <w:r w:rsidRPr="005554EA">
        <w:rPr>
          <w:rFonts w:ascii="Arial" w:hAnsi="Arial" w:cs="Arial"/>
          <w:b/>
          <w:color w:val="FF0000"/>
        </w:rPr>
        <w:t>INSERT YOUR CLUB NAME</w:t>
      </w:r>
      <w:r w:rsidRPr="005554EA">
        <w:rPr>
          <w:rFonts w:ascii="Arial" w:hAnsi="Arial" w:cs="Arial"/>
        </w:rPr>
        <w:t xml:space="preserve"> ensures that all welfare and protection concerns are dealt with professionally, sensitively, and in line with legal and organisational requirements. The Designated Liaison Person (DLP) manages all child protection concerns, liaises with Tusla and An Garda Síochána, and maintains confidential safeguarding records. The Club Children's Officer (CCO) promotes a child-centred ethos, supports athletes, and ensures all coaches and volunteers follow club </w:t>
      </w:r>
      <w:r w:rsidRPr="005554EA">
        <w:rPr>
          <w:rFonts w:ascii="Arial" w:hAnsi="Arial" w:cs="Arial"/>
        </w:rPr>
        <w:lastRenderedPageBreak/>
        <w:t>policies. All coaches and volunteers must complete Garda vetting, safeguarding training and follow CSI Codes of Behaviour.</w:t>
      </w:r>
    </w:p>
    <w:p w14:paraId="5698A1C6" w14:textId="77777777" w:rsidR="005554EA" w:rsidRPr="005554EA" w:rsidRDefault="005554EA" w:rsidP="005554EA">
      <w:pPr>
        <w:spacing w:line="360" w:lineRule="auto"/>
        <w:jc w:val="both"/>
        <w:rPr>
          <w:rFonts w:ascii="Arial" w:hAnsi="Arial" w:cs="Arial"/>
        </w:rPr>
      </w:pPr>
    </w:p>
    <w:p w14:paraId="3B960869" w14:textId="77777777" w:rsidR="00CE146B" w:rsidRPr="005554EA" w:rsidRDefault="00000000" w:rsidP="005554EA">
      <w:pPr>
        <w:pStyle w:val="Heading2"/>
        <w:spacing w:line="360" w:lineRule="auto"/>
        <w:jc w:val="both"/>
        <w:rPr>
          <w:rFonts w:ascii="Arial" w:hAnsi="Arial" w:cs="Arial"/>
        </w:rPr>
      </w:pPr>
      <w:r w:rsidRPr="005554EA">
        <w:rPr>
          <w:rFonts w:ascii="Arial" w:hAnsi="Arial" w:cs="Arial"/>
        </w:rPr>
        <w:t>4. Risk Assessment</w:t>
      </w:r>
    </w:p>
    <w:p w14:paraId="05CD76DF" w14:textId="77777777" w:rsidR="00CE146B" w:rsidRDefault="00000000" w:rsidP="005554EA">
      <w:pPr>
        <w:spacing w:line="360" w:lineRule="auto"/>
        <w:jc w:val="both"/>
        <w:rPr>
          <w:rFonts w:ascii="Arial" w:hAnsi="Arial" w:cs="Arial"/>
        </w:rPr>
      </w:pPr>
      <w:r w:rsidRPr="005554EA">
        <w:rPr>
          <w:rFonts w:ascii="Arial" w:hAnsi="Arial" w:cs="Arial"/>
          <w:b/>
          <w:color w:val="FF0000"/>
        </w:rPr>
        <w:t>INSERT YOUR CLUB NAME</w:t>
      </w:r>
      <w:r w:rsidRPr="005554EA">
        <w:rPr>
          <w:rFonts w:ascii="Arial" w:hAnsi="Arial" w:cs="Arial"/>
        </w:rPr>
        <w:t xml:space="preserve"> undertakes regular risk assessments to identify and minimise risks associated with cheerleading training, travel, communication and club operations. Risks include unsafe coaching practices, inadequate supervision, bullying, unauthorised photography, missing child scenarios and inappropriate online or in-person communication. Controls include mandatory vetting, supervision ratios, media restrictions, safe skill progressions, behaviour management procedures and clearly displayed welfare contacts.</w:t>
      </w:r>
    </w:p>
    <w:p w14:paraId="18AE8778" w14:textId="77777777" w:rsidR="005554EA" w:rsidRPr="005554EA" w:rsidRDefault="005554EA" w:rsidP="005554EA">
      <w:pPr>
        <w:spacing w:line="360" w:lineRule="auto"/>
        <w:jc w:val="both"/>
        <w:rPr>
          <w:rFonts w:ascii="Arial" w:hAnsi="Arial" w:cs="Arial"/>
        </w:rPr>
      </w:pPr>
    </w:p>
    <w:p w14:paraId="3655EA81" w14:textId="77777777" w:rsidR="00CE146B" w:rsidRPr="005554EA" w:rsidRDefault="00000000" w:rsidP="005554EA">
      <w:pPr>
        <w:pStyle w:val="Heading2"/>
        <w:spacing w:line="360" w:lineRule="auto"/>
        <w:jc w:val="both"/>
        <w:rPr>
          <w:rFonts w:ascii="Arial" w:hAnsi="Arial" w:cs="Arial"/>
        </w:rPr>
      </w:pPr>
      <w:r w:rsidRPr="005554EA">
        <w:rPr>
          <w:rFonts w:ascii="Arial" w:hAnsi="Arial" w:cs="Arial"/>
        </w:rPr>
        <w:t>5. Club Policies (Aligned with CSI Requirements)</w:t>
      </w:r>
    </w:p>
    <w:p w14:paraId="1912381F" w14:textId="77777777" w:rsidR="00CE146B" w:rsidRPr="005554EA" w:rsidRDefault="00000000" w:rsidP="005554EA">
      <w:pPr>
        <w:pStyle w:val="Heading3"/>
        <w:spacing w:line="360" w:lineRule="auto"/>
        <w:jc w:val="both"/>
        <w:rPr>
          <w:rFonts w:ascii="Arial" w:hAnsi="Arial" w:cs="Arial"/>
        </w:rPr>
      </w:pPr>
      <w:r w:rsidRPr="005554EA">
        <w:rPr>
          <w:rFonts w:ascii="Arial" w:hAnsi="Arial" w:cs="Arial"/>
        </w:rPr>
        <w:t>5.1 Child Safeguarding Policy</w:t>
      </w:r>
    </w:p>
    <w:p w14:paraId="6AFFCE42" w14:textId="77777777" w:rsidR="00CE146B" w:rsidRPr="005554EA" w:rsidRDefault="00000000" w:rsidP="005554EA">
      <w:pPr>
        <w:spacing w:line="360" w:lineRule="auto"/>
        <w:jc w:val="both"/>
        <w:rPr>
          <w:rFonts w:ascii="Arial" w:hAnsi="Arial" w:cs="Arial"/>
        </w:rPr>
      </w:pPr>
      <w:r w:rsidRPr="005554EA">
        <w:rPr>
          <w:rFonts w:ascii="Arial" w:hAnsi="Arial" w:cs="Arial"/>
        </w:rPr>
        <w:t>The club adopts CSI's full Child Safeguarding Policy, which requires safe training environments, appropriate supervision, age-appropriate coaching, mandatory reporting procedures and child-centred decision-making. Any concern about a child's welfare must be reported to the DLP immediately.</w:t>
      </w:r>
    </w:p>
    <w:p w14:paraId="7298A160" w14:textId="77777777" w:rsidR="00CE146B" w:rsidRPr="005554EA" w:rsidRDefault="00000000" w:rsidP="005554EA">
      <w:pPr>
        <w:pStyle w:val="Heading3"/>
        <w:spacing w:line="360" w:lineRule="auto"/>
        <w:jc w:val="both"/>
        <w:rPr>
          <w:rFonts w:ascii="Arial" w:hAnsi="Arial" w:cs="Arial"/>
        </w:rPr>
      </w:pPr>
      <w:r w:rsidRPr="005554EA">
        <w:rPr>
          <w:rFonts w:ascii="Arial" w:hAnsi="Arial" w:cs="Arial"/>
        </w:rPr>
        <w:t>5.2 Codes of Behaviour</w:t>
      </w:r>
    </w:p>
    <w:p w14:paraId="6473D330" w14:textId="77777777" w:rsidR="00CE146B" w:rsidRPr="005554EA" w:rsidRDefault="00000000" w:rsidP="005554EA">
      <w:pPr>
        <w:spacing w:line="360" w:lineRule="auto"/>
        <w:jc w:val="both"/>
        <w:rPr>
          <w:rFonts w:ascii="Arial" w:hAnsi="Arial" w:cs="Arial"/>
        </w:rPr>
      </w:pPr>
      <w:r w:rsidRPr="005554EA">
        <w:rPr>
          <w:rFonts w:ascii="Arial" w:hAnsi="Arial" w:cs="Arial"/>
        </w:rPr>
        <w:t>The club adopts CSI Codes of Behaviour for coaches, athletes, parents, volunteers and staff. These codes require respectful communication, appropriate physical contact, inclusive practices, positive encouragement and professional boundaries. Breaches may result in disciplinary action.</w:t>
      </w:r>
    </w:p>
    <w:p w14:paraId="4A79C742" w14:textId="77777777" w:rsidR="00CE146B" w:rsidRPr="005554EA" w:rsidRDefault="00000000" w:rsidP="005554EA">
      <w:pPr>
        <w:pStyle w:val="Heading3"/>
        <w:spacing w:line="360" w:lineRule="auto"/>
        <w:jc w:val="both"/>
        <w:rPr>
          <w:rFonts w:ascii="Arial" w:hAnsi="Arial" w:cs="Arial"/>
        </w:rPr>
      </w:pPr>
      <w:r w:rsidRPr="005554EA">
        <w:rPr>
          <w:rFonts w:ascii="Arial" w:hAnsi="Arial" w:cs="Arial"/>
        </w:rPr>
        <w:t>5.3 Anti-Bullying Policy</w:t>
      </w:r>
    </w:p>
    <w:p w14:paraId="3CDDFB41" w14:textId="5CCD7FDA" w:rsidR="00CE146B" w:rsidRPr="005554EA" w:rsidRDefault="00000000" w:rsidP="005554EA">
      <w:pPr>
        <w:spacing w:line="360" w:lineRule="auto"/>
        <w:jc w:val="both"/>
        <w:rPr>
          <w:rFonts w:ascii="Arial" w:hAnsi="Arial" w:cs="Arial"/>
        </w:rPr>
      </w:pPr>
      <w:r w:rsidRPr="005554EA">
        <w:rPr>
          <w:rFonts w:ascii="Arial" w:hAnsi="Arial" w:cs="Arial"/>
        </w:rPr>
        <w:t>The club has zero tolerance for bullying. All forms</w:t>
      </w:r>
      <w:r w:rsidR="005554EA">
        <w:rPr>
          <w:rFonts w:ascii="Arial" w:hAnsi="Arial" w:cs="Arial"/>
        </w:rPr>
        <w:t xml:space="preserve"> not limited to </w:t>
      </w:r>
      <w:r w:rsidRPr="005554EA">
        <w:rPr>
          <w:rFonts w:ascii="Arial" w:hAnsi="Arial" w:cs="Arial"/>
        </w:rPr>
        <w:t>verbal, physical, social, exclusion or cyberbullying</w:t>
      </w:r>
      <w:r w:rsidR="005554EA">
        <w:rPr>
          <w:rFonts w:ascii="Arial" w:hAnsi="Arial" w:cs="Arial"/>
        </w:rPr>
        <w:t xml:space="preserve"> </w:t>
      </w:r>
      <w:r w:rsidRPr="005554EA">
        <w:rPr>
          <w:rFonts w:ascii="Arial" w:hAnsi="Arial" w:cs="Arial"/>
        </w:rPr>
        <w:t>are prohibited. Reports are investigated promptly, recorded factually and addressed with appropriate interventions such as behaviour plans, mediation or sanctions. Support is provided to all affected.</w:t>
      </w:r>
    </w:p>
    <w:p w14:paraId="2AFCC302" w14:textId="77777777" w:rsidR="00CE146B" w:rsidRPr="005554EA" w:rsidRDefault="00000000" w:rsidP="005554EA">
      <w:pPr>
        <w:pStyle w:val="Heading3"/>
        <w:spacing w:line="360" w:lineRule="auto"/>
        <w:jc w:val="both"/>
        <w:rPr>
          <w:rFonts w:ascii="Arial" w:hAnsi="Arial" w:cs="Arial"/>
        </w:rPr>
      </w:pPr>
      <w:r w:rsidRPr="005554EA">
        <w:rPr>
          <w:rFonts w:ascii="Arial" w:hAnsi="Arial" w:cs="Arial"/>
        </w:rPr>
        <w:lastRenderedPageBreak/>
        <w:t>5.4 Child Protection Reporting Procedures</w:t>
      </w:r>
    </w:p>
    <w:p w14:paraId="3DD1E7C3" w14:textId="77777777" w:rsidR="00CE146B" w:rsidRPr="005554EA" w:rsidRDefault="00000000" w:rsidP="005554EA">
      <w:pPr>
        <w:spacing w:line="360" w:lineRule="auto"/>
        <w:jc w:val="both"/>
        <w:rPr>
          <w:rFonts w:ascii="Arial" w:hAnsi="Arial" w:cs="Arial"/>
        </w:rPr>
      </w:pPr>
      <w:r w:rsidRPr="005554EA">
        <w:rPr>
          <w:rFonts w:ascii="Arial" w:hAnsi="Arial" w:cs="Arial"/>
        </w:rPr>
        <w:t>All adults in the club must report any reasonable concern regarding a child's safety. Mandated persons must report concerns meeting the threshold of harm directly to Tusla. The DLP ensures reports are recorded, stored securely and escalated appropriately. Emergency concerns must be reported to An Garda Síochána immediately.</w:t>
      </w:r>
    </w:p>
    <w:p w14:paraId="38B4FAFB" w14:textId="77777777" w:rsidR="00CE146B" w:rsidRPr="005554EA" w:rsidRDefault="00000000" w:rsidP="005554EA">
      <w:pPr>
        <w:pStyle w:val="Heading3"/>
        <w:spacing w:line="360" w:lineRule="auto"/>
        <w:jc w:val="both"/>
        <w:rPr>
          <w:rFonts w:ascii="Arial" w:hAnsi="Arial" w:cs="Arial"/>
        </w:rPr>
      </w:pPr>
      <w:r w:rsidRPr="005554EA">
        <w:rPr>
          <w:rFonts w:ascii="Arial" w:hAnsi="Arial" w:cs="Arial"/>
        </w:rPr>
        <w:t>5.5 Garda Vetting &amp; Safe Recruitment</w:t>
      </w:r>
    </w:p>
    <w:p w14:paraId="120D528B" w14:textId="77777777" w:rsidR="00CE146B" w:rsidRPr="005554EA" w:rsidRDefault="00000000" w:rsidP="005554EA">
      <w:pPr>
        <w:spacing w:line="360" w:lineRule="auto"/>
        <w:jc w:val="both"/>
        <w:rPr>
          <w:rFonts w:ascii="Arial" w:hAnsi="Arial" w:cs="Arial"/>
        </w:rPr>
      </w:pPr>
      <w:r w:rsidRPr="005554EA">
        <w:rPr>
          <w:rFonts w:ascii="Arial" w:hAnsi="Arial" w:cs="Arial"/>
        </w:rPr>
        <w:t>All coaches, volunteers and committee members in child-facing roles are Garda vetted before starting their role. Identity verification, reference checks and suitability screening are required. Re-vetting occurs every two years, and no unvetted adult may have unsupervised access to children.</w:t>
      </w:r>
    </w:p>
    <w:p w14:paraId="24244C6E" w14:textId="77777777" w:rsidR="00CE146B" w:rsidRPr="005554EA" w:rsidRDefault="00000000" w:rsidP="005554EA">
      <w:pPr>
        <w:pStyle w:val="Heading3"/>
        <w:spacing w:line="360" w:lineRule="auto"/>
        <w:jc w:val="both"/>
        <w:rPr>
          <w:rFonts w:ascii="Arial" w:hAnsi="Arial" w:cs="Arial"/>
        </w:rPr>
      </w:pPr>
      <w:r w:rsidRPr="005554EA">
        <w:rPr>
          <w:rFonts w:ascii="Arial" w:hAnsi="Arial" w:cs="Arial"/>
        </w:rPr>
        <w:t>5.6 Supervision, Training Safety &amp; Health and Safety</w:t>
      </w:r>
    </w:p>
    <w:p w14:paraId="1F94D8B4" w14:textId="165C3A4D" w:rsidR="00CE146B" w:rsidRPr="005554EA" w:rsidRDefault="00000000" w:rsidP="005554EA">
      <w:pPr>
        <w:spacing w:line="360" w:lineRule="auto"/>
        <w:jc w:val="both"/>
        <w:rPr>
          <w:rFonts w:ascii="Arial" w:hAnsi="Arial" w:cs="Arial"/>
        </w:rPr>
      </w:pPr>
      <w:r w:rsidRPr="005554EA">
        <w:rPr>
          <w:rFonts w:ascii="Arial" w:hAnsi="Arial" w:cs="Arial"/>
        </w:rPr>
        <w:t>Training sessions follow CSI supervision ratios and always aim to ensure a minimum of two adults present. Coaches must follow safe skill progressions, use spotting appropriately and ensure the training environment is hazard</w:t>
      </w:r>
      <w:r w:rsidR="005554EA">
        <w:rPr>
          <w:rFonts w:ascii="Arial" w:hAnsi="Arial" w:cs="Arial"/>
        </w:rPr>
        <w:t xml:space="preserve"> </w:t>
      </w:r>
      <w:r w:rsidRPr="005554EA">
        <w:rPr>
          <w:rFonts w:ascii="Arial" w:hAnsi="Arial" w:cs="Arial"/>
        </w:rPr>
        <w:t>free. Mats and equipment are inspected regularly, and emergency action plans are in place.</w:t>
      </w:r>
    </w:p>
    <w:p w14:paraId="2C4A2278" w14:textId="77777777" w:rsidR="00CE146B" w:rsidRPr="005554EA" w:rsidRDefault="00000000" w:rsidP="005554EA">
      <w:pPr>
        <w:pStyle w:val="Heading3"/>
        <w:spacing w:line="360" w:lineRule="auto"/>
        <w:jc w:val="both"/>
        <w:rPr>
          <w:rFonts w:ascii="Arial" w:hAnsi="Arial" w:cs="Arial"/>
        </w:rPr>
      </w:pPr>
      <w:r w:rsidRPr="005554EA">
        <w:rPr>
          <w:rFonts w:ascii="Arial" w:hAnsi="Arial" w:cs="Arial"/>
        </w:rPr>
        <w:t>5.7 Online Safety &amp; Communications</w:t>
      </w:r>
    </w:p>
    <w:p w14:paraId="33192E76" w14:textId="77777777" w:rsidR="00CE146B" w:rsidRPr="005554EA" w:rsidRDefault="00000000" w:rsidP="005554EA">
      <w:pPr>
        <w:spacing w:line="360" w:lineRule="auto"/>
        <w:jc w:val="both"/>
        <w:rPr>
          <w:rFonts w:ascii="Arial" w:hAnsi="Arial" w:cs="Arial"/>
        </w:rPr>
      </w:pPr>
      <w:r w:rsidRPr="005554EA">
        <w:rPr>
          <w:rFonts w:ascii="Arial" w:hAnsi="Arial" w:cs="Arial"/>
        </w:rPr>
        <w:t>The club follows CSI communication standards: no one-to-one private messaging with children; parents are included in all communication loops; only approved platforms may be used. Online bullying is treated the same as in-person bullying.</w:t>
      </w:r>
    </w:p>
    <w:p w14:paraId="681828AD" w14:textId="77777777" w:rsidR="00CE146B" w:rsidRPr="005554EA" w:rsidRDefault="00000000" w:rsidP="005554EA">
      <w:pPr>
        <w:pStyle w:val="Heading3"/>
        <w:spacing w:line="360" w:lineRule="auto"/>
        <w:jc w:val="both"/>
        <w:rPr>
          <w:rFonts w:ascii="Arial" w:hAnsi="Arial" w:cs="Arial"/>
        </w:rPr>
      </w:pPr>
      <w:r w:rsidRPr="005554EA">
        <w:rPr>
          <w:rFonts w:ascii="Arial" w:hAnsi="Arial" w:cs="Arial"/>
        </w:rPr>
        <w:t>5.8 Photography, Video &amp; Media</w:t>
      </w:r>
    </w:p>
    <w:p w14:paraId="01DD5D74" w14:textId="77777777" w:rsidR="00CE146B" w:rsidRPr="005554EA" w:rsidRDefault="00000000" w:rsidP="005554EA">
      <w:pPr>
        <w:spacing w:line="360" w:lineRule="auto"/>
        <w:jc w:val="both"/>
        <w:rPr>
          <w:rFonts w:ascii="Arial" w:hAnsi="Arial" w:cs="Arial"/>
        </w:rPr>
      </w:pPr>
      <w:r w:rsidRPr="005554EA">
        <w:rPr>
          <w:rFonts w:ascii="Arial" w:hAnsi="Arial" w:cs="Arial"/>
        </w:rPr>
        <w:t>No photography or video recording is permitted in changing areas or warm-up rooms. Consent is required for use of athlete images. Spectators may only record from designated areas, and no unauthorised livestreaming of children is allowed.</w:t>
      </w:r>
    </w:p>
    <w:p w14:paraId="2456CE22" w14:textId="77777777" w:rsidR="00CE146B" w:rsidRPr="005554EA" w:rsidRDefault="00000000" w:rsidP="005554EA">
      <w:pPr>
        <w:pStyle w:val="Heading3"/>
        <w:spacing w:line="360" w:lineRule="auto"/>
        <w:jc w:val="both"/>
        <w:rPr>
          <w:rFonts w:ascii="Arial" w:hAnsi="Arial" w:cs="Arial"/>
        </w:rPr>
      </w:pPr>
      <w:r w:rsidRPr="005554EA">
        <w:rPr>
          <w:rFonts w:ascii="Arial" w:hAnsi="Arial" w:cs="Arial"/>
        </w:rPr>
        <w:t>5.9 Choreography &amp; Music Appropriateness</w:t>
      </w:r>
    </w:p>
    <w:p w14:paraId="312EC187" w14:textId="77777777" w:rsidR="00CE146B" w:rsidRPr="005554EA" w:rsidRDefault="00000000" w:rsidP="005554EA">
      <w:pPr>
        <w:spacing w:line="360" w:lineRule="auto"/>
        <w:jc w:val="both"/>
        <w:rPr>
          <w:rFonts w:ascii="Arial" w:hAnsi="Arial" w:cs="Arial"/>
        </w:rPr>
      </w:pPr>
      <w:r w:rsidRPr="005554EA">
        <w:rPr>
          <w:rFonts w:ascii="Arial" w:hAnsi="Arial" w:cs="Arial"/>
        </w:rPr>
        <w:t>Choreography must always be age-appropriate, respectful and supportive of athlete wellbeing. Sexualised movements are prohibited. Music must be free of explicit language and adult themes.</w:t>
      </w:r>
    </w:p>
    <w:p w14:paraId="69C313FC" w14:textId="77777777" w:rsidR="00CE146B" w:rsidRPr="005554EA" w:rsidRDefault="00000000" w:rsidP="005554EA">
      <w:pPr>
        <w:pStyle w:val="Heading3"/>
        <w:spacing w:line="360" w:lineRule="auto"/>
        <w:jc w:val="both"/>
        <w:rPr>
          <w:rFonts w:ascii="Arial" w:hAnsi="Arial" w:cs="Arial"/>
        </w:rPr>
      </w:pPr>
      <w:r w:rsidRPr="005554EA">
        <w:rPr>
          <w:rFonts w:ascii="Arial" w:hAnsi="Arial" w:cs="Arial"/>
        </w:rPr>
        <w:t>5.10 Events &amp; Competition Child Protection</w:t>
      </w:r>
    </w:p>
    <w:p w14:paraId="7BE2905F" w14:textId="77777777" w:rsidR="00CE146B" w:rsidRPr="005554EA" w:rsidRDefault="00000000" w:rsidP="005554EA">
      <w:pPr>
        <w:spacing w:line="360" w:lineRule="auto"/>
        <w:jc w:val="both"/>
        <w:rPr>
          <w:rFonts w:ascii="Arial" w:hAnsi="Arial" w:cs="Arial"/>
        </w:rPr>
      </w:pPr>
      <w:r w:rsidRPr="005554EA">
        <w:rPr>
          <w:rFonts w:ascii="Arial" w:hAnsi="Arial" w:cs="Arial"/>
        </w:rPr>
        <w:t>Athletes must remain supervised at all times. Access to backstage and warm-up areas is controlled, and missing child protocols, safe collection procedures and event welfare monitoring are enforced.</w:t>
      </w:r>
    </w:p>
    <w:p w14:paraId="3DC986F2" w14:textId="77777777" w:rsidR="00CE146B" w:rsidRPr="005554EA" w:rsidRDefault="00000000" w:rsidP="005554EA">
      <w:pPr>
        <w:pStyle w:val="Heading3"/>
        <w:spacing w:line="360" w:lineRule="auto"/>
        <w:jc w:val="both"/>
        <w:rPr>
          <w:rFonts w:ascii="Arial" w:hAnsi="Arial" w:cs="Arial"/>
        </w:rPr>
      </w:pPr>
      <w:r w:rsidRPr="005554EA">
        <w:rPr>
          <w:rFonts w:ascii="Arial" w:hAnsi="Arial" w:cs="Arial"/>
        </w:rPr>
        <w:lastRenderedPageBreak/>
        <w:t>5.11 Data Protection &amp; GDPR</w:t>
      </w:r>
    </w:p>
    <w:p w14:paraId="774AC442" w14:textId="77777777" w:rsidR="00CE146B" w:rsidRPr="005554EA" w:rsidRDefault="00000000" w:rsidP="005554EA">
      <w:pPr>
        <w:spacing w:line="360" w:lineRule="auto"/>
        <w:jc w:val="both"/>
        <w:rPr>
          <w:rFonts w:ascii="Arial" w:hAnsi="Arial" w:cs="Arial"/>
        </w:rPr>
      </w:pPr>
      <w:r w:rsidRPr="005554EA">
        <w:rPr>
          <w:rFonts w:ascii="Arial" w:hAnsi="Arial" w:cs="Arial"/>
        </w:rPr>
        <w:t>The club follows strict GDPR procedures. Personal data is used only for legitimate purposes, stored securely and retained only as long as necessary. Safeguarding records are retained until the child turns 25.</w:t>
      </w:r>
    </w:p>
    <w:p w14:paraId="0A5809B9" w14:textId="77777777" w:rsidR="00CE146B" w:rsidRPr="005554EA" w:rsidRDefault="00000000" w:rsidP="005554EA">
      <w:pPr>
        <w:pStyle w:val="Heading3"/>
        <w:spacing w:line="360" w:lineRule="auto"/>
        <w:jc w:val="both"/>
        <w:rPr>
          <w:rFonts w:ascii="Arial" w:hAnsi="Arial" w:cs="Arial"/>
        </w:rPr>
      </w:pPr>
      <w:r w:rsidRPr="005554EA">
        <w:rPr>
          <w:rFonts w:ascii="Arial" w:hAnsi="Arial" w:cs="Arial"/>
        </w:rPr>
        <w:t>5.12 Equality, Diversity &amp; Inclusion</w:t>
      </w:r>
    </w:p>
    <w:p w14:paraId="6E79A77D" w14:textId="77777777" w:rsidR="00CE146B" w:rsidRPr="005554EA" w:rsidRDefault="00000000" w:rsidP="005554EA">
      <w:pPr>
        <w:spacing w:line="360" w:lineRule="auto"/>
        <w:jc w:val="both"/>
        <w:rPr>
          <w:rFonts w:ascii="Arial" w:hAnsi="Arial" w:cs="Arial"/>
        </w:rPr>
      </w:pPr>
      <w:r w:rsidRPr="005554EA">
        <w:rPr>
          <w:rFonts w:ascii="Arial" w:hAnsi="Arial" w:cs="Arial"/>
        </w:rPr>
        <w:t>The club is committed to an inclusive environment free from discrimination. All children are treated equally regardless of background, identity or ability.</w:t>
      </w:r>
    </w:p>
    <w:p w14:paraId="4C1B69D5" w14:textId="77777777" w:rsidR="00CE146B" w:rsidRPr="005554EA" w:rsidRDefault="00000000" w:rsidP="005554EA">
      <w:pPr>
        <w:pStyle w:val="Heading3"/>
        <w:spacing w:line="360" w:lineRule="auto"/>
        <w:jc w:val="both"/>
        <w:rPr>
          <w:rFonts w:ascii="Arial" w:hAnsi="Arial" w:cs="Arial"/>
        </w:rPr>
      </w:pPr>
      <w:r w:rsidRPr="005554EA">
        <w:rPr>
          <w:rFonts w:ascii="Arial" w:hAnsi="Arial" w:cs="Arial"/>
        </w:rPr>
        <w:t>5.13 Complaints &amp; Disciplinary Procedures</w:t>
      </w:r>
    </w:p>
    <w:p w14:paraId="76D9C496" w14:textId="1B5798D1" w:rsidR="005554EA" w:rsidRDefault="00000000" w:rsidP="005554EA">
      <w:pPr>
        <w:spacing w:line="360" w:lineRule="auto"/>
        <w:jc w:val="both"/>
        <w:rPr>
          <w:rFonts w:ascii="Arial" w:hAnsi="Arial" w:cs="Arial"/>
        </w:rPr>
      </w:pPr>
      <w:r w:rsidRPr="005554EA">
        <w:rPr>
          <w:rFonts w:ascii="Arial" w:hAnsi="Arial" w:cs="Arial"/>
        </w:rPr>
        <w:t>Members may raise concerns through informal or formal channels. Formal complaints are investigated impartially. Outcomes may include warnings, behaviour plans, suspensions or sanctions, with a right of appeal.</w:t>
      </w:r>
    </w:p>
    <w:p w14:paraId="1226386F" w14:textId="77777777" w:rsidR="005554EA" w:rsidRPr="005554EA" w:rsidRDefault="005554EA" w:rsidP="005554EA">
      <w:pPr>
        <w:spacing w:line="360" w:lineRule="auto"/>
        <w:jc w:val="both"/>
        <w:rPr>
          <w:rFonts w:ascii="Arial" w:hAnsi="Arial" w:cs="Arial"/>
        </w:rPr>
      </w:pPr>
    </w:p>
    <w:p w14:paraId="7816902E" w14:textId="77777777" w:rsidR="00CE146B" w:rsidRPr="005554EA" w:rsidRDefault="00000000" w:rsidP="005554EA">
      <w:pPr>
        <w:pStyle w:val="Heading2"/>
        <w:spacing w:line="360" w:lineRule="auto"/>
        <w:jc w:val="both"/>
        <w:rPr>
          <w:rFonts w:ascii="Arial" w:hAnsi="Arial" w:cs="Arial"/>
        </w:rPr>
      </w:pPr>
      <w:r w:rsidRPr="005554EA">
        <w:rPr>
          <w:rFonts w:ascii="Arial" w:hAnsi="Arial" w:cs="Arial"/>
        </w:rPr>
        <w:t>6. Record Keeping</w:t>
      </w:r>
    </w:p>
    <w:p w14:paraId="249D7C1D" w14:textId="5F4FA3C2" w:rsidR="005554EA" w:rsidRPr="005554EA" w:rsidRDefault="00000000" w:rsidP="005554EA">
      <w:pPr>
        <w:spacing w:line="360" w:lineRule="auto"/>
        <w:jc w:val="both"/>
        <w:rPr>
          <w:rFonts w:ascii="Arial" w:hAnsi="Arial" w:cs="Arial"/>
        </w:rPr>
      </w:pPr>
      <w:r w:rsidRPr="005554EA">
        <w:rPr>
          <w:rFonts w:ascii="Arial" w:hAnsi="Arial" w:cs="Arial"/>
        </w:rPr>
        <w:t>The club maintains secure physical or digital safeguarding, incident, attendance and vetting records. Access is restricted to authorised safeguarding personnel. Records are retained in accordance with CSI and GDPR requirements.</w:t>
      </w:r>
    </w:p>
    <w:p w14:paraId="46B90D39" w14:textId="77777777" w:rsidR="00CE146B" w:rsidRPr="005554EA" w:rsidRDefault="00000000" w:rsidP="005554EA">
      <w:pPr>
        <w:pStyle w:val="Heading2"/>
        <w:spacing w:line="360" w:lineRule="auto"/>
        <w:jc w:val="both"/>
        <w:rPr>
          <w:rFonts w:ascii="Arial" w:hAnsi="Arial" w:cs="Arial"/>
        </w:rPr>
      </w:pPr>
      <w:r w:rsidRPr="005554EA">
        <w:rPr>
          <w:rFonts w:ascii="Arial" w:hAnsi="Arial" w:cs="Arial"/>
        </w:rPr>
        <w:t>7. Policy Review</w:t>
      </w:r>
    </w:p>
    <w:p w14:paraId="443D0BF0" w14:textId="77777777" w:rsidR="00CE146B" w:rsidRPr="005554EA" w:rsidRDefault="00000000" w:rsidP="005554EA">
      <w:pPr>
        <w:spacing w:line="360" w:lineRule="auto"/>
        <w:jc w:val="both"/>
        <w:rPr>
          <w:rFonts w:ascii="Arial" w:hAnsi="Arial" w:cs="Arial"/>
        </w:rPr>
      </w:pPr>
      <w:r w:rsidRPr="005554EA">
        <w:rPr>
          <w:rFonts w:ascii="Arial" w:hAnsi="Arial" w:cs="Arial"/>
        </w:rPr>
        <w:t>This policy is reviewed every 24 months or earlier if required due to organisational, safeguarding or legislative changes. Feedback from athletes, parents, volunteers and coaches is considered during each review.</w:t>
      </w:r>
    </w:p>
    <w:p w14:paraId="74FFD3EB" w14:textId="77777777" w:rsidR="00CE146B" w:rsidRPr="005554EA" w:rsidRDefault="00000000" w:rsidP="005554EA">
      <w:pPr>
        <w:pStyle w:val="Heading2"/>
        <w:spacing w:line="360" w:lineRule="auto"/>
        <w:jc w:val="both"/>
        <w:rPr>
          <w:rFonts w:ascii="Arial" w:hAnsi="Arial" w:cs="Arial"/>
        </w:rPr>
      </w:pPr>
      <w:r w:rsidRPr="005554EA">
        <w:rPr>
          <w:rFonts w:ascii="Arial" w:hAnsi="Arial" w:cs="Arial"/>
        </w:rPr>
        <w:t>8. Approval</w:t>
      </w:r>
    </w:p>
    <w:p w14:paraId="1571E77E" w14:textId="77777777" w:rsidR="00CE146B" w:rsidRPr="005554EA" w:rsidRDefault="00000000" w:rsidP="005554EA">
      <w:pPr>
        <w:spacing w:line="360" w:lineRule="auto"/>
        <w:jc w:val="both"/>
        <w:rPr>
          <w:rFonts w:ascii="Arial" w:hAnsi="Arial" w:cs="Arial"/>
        </w:rPr>
      </w:pPr>
      <w:r w:rsidRPr="005554EA">
        <w:rPr>
          <w:rFonts w:ascii="Arial" w:hAnsi="Arial" w:cs="Arial"/>
          <w:b/>
        </w:rPr>
        <w:t xml:space="preserve">Approved by: </w:t>
      </w:r>
      <w:r w:rsidRPr="005554EA">
        <w:rPr>
          <w:rFonts w:ascii="Arial" w:hAnsi="Arial" w:cs="Arial"/>
          <w:b/>
          <w:color w:val="FF0000"/>
        </w:rPr>
        <w:t>INSERT YOUR CLUB NAME Management Committee</w:t>
      </w:r>
    </w:p>
    <w:p w14:paraId="4DCA8FD5" w14:textId="77777777" w:rsidR="00CE146B" w:rsidRPr="005554EA" w:rsidRDefault="00000000" w:rsidP="005554EA">
      <w:pPr>
        <w:spacing w:line="360" w:lineRule="auto"/>
        <w:jc w:val="both"/>
        <w:rPr>
          <w:rFonts w:ascii="Arial" w:hAnsi="Arial" w:cs="Arial"/>
        </w:rPr>
      </w:pPr>
      <w:r w:rsidRPr="005554EA">
        <w:rPr>
          <w:rFonts w:ascii="Arial" w:hAnsi="Arial" w:cs="Arial"/>
        </w:rPr>
        <w:t>Owner: __________________________</w:t>
      </w:r>
    </w:p>
    <w:p w14:paraId="6EFCCE05" w14:textId="77777777" w:rsidR="00CE146B" w:rsidRPr="005554EA" w:rsidRDefault="00000000" w:rsidP="005554EA">
      <w:pPr>
        <w:spacing w:line="360" w:lineRule="auto"/>
        <w:jc w:val="both"/>
        <w:rPr>
          <w:rFonts w:ascii="Arial" w:hAnsi="Arial" w:cs="Arial"/>
        </w:rPr>
      </w:pPr>
      <w:r w:rsidRPr="005554EA">
        <w:rPr>
          <w:rFonts w:ascii="Arial" w:hAnsi="Arial" w:cs="Arial"/>
        </w:rPr>
        <w:t>Date: __________________________</w:t>
      </w:r>
    </w:p>
    <w:p w14:paraId="73788861" w14:textId="77777777" w:rsidR="00CE146B" w:rsidRPr="005554EA" w:rsidRDefault="00000000" w:rsidP="005554EA">
      <w:pPr>
        <w:spacing w:line="360" w:lineRule="auto"/>
        <w:jc w:val="both"/>
        <w:rPr>
          <w:rFonts w:ascii="Arial" w:hAnsi="Arial" w:cs="Arial"/>
        </w:rPr>
      </w:pPr>
      <w:r w:rsidRPr="005554EA">
        <w:rPr>
          <w:rFonts w:ascii="Arial" w:hAnsi="Arial" w:cs="Arial"/>
        </w:rPr>
        <w:t>Owner/Director: __________________________</w:t>
      </w:r>
    </w:p>
    <w:p w14:paraId="7214E719" w14:textId="77777777" w:rsidR="00CE146B" w:rsidRPr="005554EA" w:rsidRDefault="00000000" w:rsidP="005554EA">
      <w:pPr>
        <w:spacing w:line="360" w:lineRule="auto"/>
        <w:jc w:val="both"/>
        <w:rPr>
          <w:rFonts w:ascii="Arial" w:hAnsi="Arial" w:cs="Arial"/>
        </w:rPr>
      </w:pPr>
      <w:r w:rsidRPr="005554EA">
        <w:rPr>
          <w:rFonts w:ascii="Arial" w:hAnsi="Arial" w:cs="Arial"/>
        </w:rPr>
        <w:t>Designated Liaison Person (DLP): __________________________</w:t>
      </w:r>
    </w:p>
    <w:p w14:paraId="26F29FA5" w14:textId="77777777" w:rsidR="00CE146B" w:rsidRPr="005554EA" w:rsidRDefault="00000000" w:rsidP="005554EA">
      <w:pPr>
        <w:spacing w:line="360" w:lineRule="auto"/>
        <w:jc w:val="both"/>
        <w:rPr>
          <w:rFonts w:ascii="Arial" w:hAnsi="Arial" w:cs="Arial"/>
        </w:rPr>
      </w:pPr>
      <w:r w:rsidRPr="005554EA">
        <w:rPr>
          <w:rFonts w:ascii="Arial" w:hAnsi="Arial" w:cs="Arial"/>
        </w:rPr>
        <w:t>Club Children's Officer (CCO): __________________________</w:t>
      </w:r>
    </w:p>
    <w:sectPr w:rsidR="00CE146B" w:rsidRPr="005554E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32934869">
    <w:abstractNumId w:val="8"/>
  </w:num>
  <w:num w:numId="2" w16cid:durableId="868883189">
    <w:abstractNumId w:val="6"/>
  </w:num>
  <w:num w:numId="3" w16cid:durableId="1656370061">
    <w:abstractNumId w:val="5"/>
  </w:num>
  <w:num w:numId="4" w16cid:durableId="829104361">
    <w:abstractNumId w:val="4"/>
  </w:num>
  <w:num w:numId="5" w16cid:durableId="990863013">
    <w:abstractNumId w:val="7"/>
  </w:num>
  <w:num w:numId="6" w16cid:durableId="1855801936">
    <w:abstractNumId w:val="3"/>
  </w:num>
  <w:num w:numId="7" w16cid:durableId="1326397824">
    <w:abstractNumId w:val="2"/>
  </w:num>
  <w:num w:numId="8" w16cid:durableId="607082711">
    <w:abstractNumId w:val="1"/>
  </w:num>
  <w:num w:numId="9" w16cid:durableId="1110590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45CF1"/>
    <w:rsid w:val="005554EA"/>
    <w:rsid w:val="00AA1D8D"/>
    <w:rsid w:val="00B47730"/>
    <w:rsid w:val="00CB0664"/>
    <w:rsid w:val="00CE146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A98D1A"/>
  <w14:defaultImageDpi w14:val="300"/>
  <w15:docId w15:val="{A1B14942-48B8-4453-8BA6-B33942B8B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981</Words>
  <Characters>5594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Hayden McG</cp:lastModifiedBy>
  <cp:revision>2</cp:revision>
  <dcterms:created xsi:type="dcterms:W3CDTF">2026-07-17T11:48:00Z</dcterms:created>
  <dcterms:modified xsi:type="dcterms:W3CDTF">2026-07-17T11:48:00Z</dcterms:modified>
  <cp:category/>
</cp:coreProperties>
</file>